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Lines w:val="0"/>
        <w:spacing w:before="0" w:after="200" w:line="269" w:lineRule="auto"/>
      </w:pPr>
      <w:r>
        <w:rPr>
          <w:rFonts w:ascii="Arial" w:hAnsi="Arial"/>
          <w:b w:val="0"/>
          <w:color w:val="506780"/>
          <w:sz w:val="19"/>
        </w:rPr>
        <w:t>[Date]</w:t>
      </w:r>
    </w:p>
    <w:p>
      <w:pPr>
        <w:keepLines/>
        <w:spacing w:before="0" w:after="0" w:line="269" w:lineRule="auto"/>
      </w:pPr>
      <w:r>
        <w:rPr>
          <w:rFonts w:ascii="Arial" w:hAnsi="Arial"/>
          <w:b/>
          <w:color w:val="092F58"/>
          <w:sz w:val="21"/>
        </w:rPr>
        <w:t>[Recipient Name]</w:t>
      </w:r>
    </w:p>
    <w:p>
      <w:pPr>
        <w:keepLines/>
        <w:spacing w:before="0" w:after="0" w:line="269" w:lineRule="auto"/>
      </w:pPr>
      <w:r>
        <w:rPr>
          <w:rFonts w:ascii="Arial" w:hAnsi="Arial"/>
          <w:b w:val="0"/>
          <w:color w:val="092F58"/>
          <w:sz w:val="21"/>
        </w:rPr>
        <w:t>[Title]</w:t>
      </w:r>
    </w:p>
    <w:p>
      <w:pPr>
        <w:keepLines/>
        <w:spacing w:before="0" w:after="0" w:line="269" w:lineRule="auto"/>
      </w:pPr>
      <w:r>
        <w:rPr>
          <w:rFonts w:ascii="Arial" w:hAnsi="Arial"/>
          <w:b w:val="0"/>
          <w:color w:val="092F58"/>
          <w:sz w:val="21"/>
        </w:rPr>
        <w:t>[Organization]</w:t>
      </w:r>
    </w:p>
    <w:p>
      <w:pPr>
        <w:keepLines/>
        <w:spacing w:before="0" w:after="0" w:line="269" w:lineRule="auto"/>
      </w:pPr>
      <w:r>
        <w:rPr>
          <w:rFonts w:ascii="Arial" w:hAnsi="Arial"/>
          <w:b w:val="0"/>
          <w:color w:val="092F58"/>
          <w:sz w:val="21"/>
        </w:rPr>
        <w:t>[Street Address]</w:t>
      </w:r>
    </w:p>
    <w:p>
      <w:pPr>
        <w:keepLines/>
        <w:spacing w:before="0" w:after="280" w:line="269" w:lineRule="auto"/>
      </w:pPr>
      <w:r>
        <w:rPr>
          <w:rFonts w:ascii="Arial" w:hAnsi="Arial"/>
          <w:b w:val="0"/>
          <w:color w:val="092F58"/>
          <w:sz w:val="21"/>
        </w:rPr>
        <w:t>[City, State ZIP]</w:t>
      </w:r>
    </w:p>
    <w:p>
      <w:pPr>
        <w:keepLines/>
        <w:spacing w:before="0" w:after="260" w:line="240" w:lineRule="auto"/>
        <w:pBdr>
          <w:bottom w:val="single" w:sz="8" w:space="5" w:color="D8E1EA"/>
        </w:pBdr>
      </w:pPr>
      <w:r>
        <w:rPr>
          <w:rFonts w:ascii="Arial" w:hAnsi="Arial"/>
          <w:b/>
          <w:color w:val="DD9E00"/>
          <w:sz w:val="21"/>
        </w:rPr>
        <w:t xml:space="preserve">RE: </w:t>
      </w:r>
      <w:r>
        <w:rPr>
          <w:rFonts w:ascii="Arial" w:hAnsi="Arial"/>
          <w:b/>
          <w:color w:val="092F58"/>
          <w:sz w:val="21"/>
        </w:rPr>
        <w:t>[Subject or Reference]</w:t>
      </w:r>
    </w:p>
    <w:p>
      <w:pPr>
        <w:keepLines/>
        <w:spacing w:before="0" w:after="240" w:line="269" w:lineRule="auto"/>
      </w:pPr>
      <w:r>
        <w:rPr>
          <w:rFonts w:ascii="Arial" w:hAnsi="Arial"/>
          <w:b w:val="0"/>
          <w:color w:val="092F58"/>
          <w:sz w:val="21"/>
        </w:rPr>
        <w:t xml:space="preserve">Dear </w:t>
      </w:r>
      <w:r>
        <w:rPr>
          <w:rFonts w:ascii="Arial" w:hAnsi="Arial"/>
          <w:b w:val="0"/>
          <w:color w:val="092F58"/>
          <w:sz w:val="21"/>
        </w:rPr>
        <w:t>[Name]</w:t>
      </w:r>
      <w:r>
        <w:rPr>
          <w:rFonts w:ascii="Arial" w:hAnsi="Arial"/>
          <w:b w:val="0"/>
          <w:color w:val="092F58"/>
          <w:sz w:val="21"/>
        </w:rPr>
        <w:t>,</w:t>
      </w:r>
    </w:p>
    <w:p>
      <w:pPr>
        <w:keepLines w:val="0"/>
        <w:spacing w:before="0" w:after="240" w:line="288" w:lineRule="auto"/>
      </w:pPr>
      <w:r>
        <w:rPr>
          <w:rFonts w:ascii="Arial" w:hAnsi="Arial"/>
          <w:b w:val="0"/>
          <w:color w:val="092F58"/>
          <w:sz w:val="21"/>
        </w:rPr>
        <w:t>[Begin your letter here. Clearly state the purpose of the correspondence and the key information the recipient needs.]</w:t>
      </w:r>
    </w:p>
    <w:p>
      <w:pPr>
        <w:keepLines w:val="0"/>
        <w:spacing w:before="0" w:after="240" w:line="288" w:lineRule="auto"/>
      </w:pPr>
      <w:r>
        <w:rPr>
          <w:rFonts w:ascii="Arial" w:hAnsi="Arial"/>
          <w:b w:val="0"/>
          <w:color w:val="092F58"/>
          <w:sz w:val="21"/>
        </w:rPr>
        <w:t>[Use additional paragraphs as needed. Keep the language direct, professional, and human focused.]</w:t>
      </w:r>
    </w:p>
    <w:p>
      <w:pPr>
        <w:keepLines/>
        <w:spacing w:before="0" w:after="320" w:line="269" w:lineRule="auto"/>
      </w:pPr>
      <w:r>
        <w:rPr>
          <w:rFonts w:ascii="Arial" w:hAnsi="Arial"/>
          <w:b w:val="0"/>
          <w:color w:val="092F58"/>
          <w:sz w:val="21"/>
        </w:rPr>
        <w:t>Sincerely,</w:t>
      </w:r>
    </w:p>
    <w:p>
      <w:pPr>
        <w:keepLines/>
        <w:spacing w:before="0" w:after="0" w:line="269" w:lineRule="auto"/>
      </w:pPr>
      <w:r>
        <w:rPr>
          <w:rFonts w:ascii="Arial" w:hAnsi="Arial"/>
          <w:b/>
          <w:color w:val="092F58"/>
          <w:sz w:val="21"/>
        </w:rPr>
        <w:t>[Name]</w:t>
      </w:r>
    </w:p>
    <w:p>
      <w:pPr>
        <w:keepLines/>
        <w:spacing w:before="0" w:after="0" w:line="269" w:lineRule="auto"/>
      </w:pPr>
      <w:r>
        <w:rPr>
          <w:rFonts w:ascii="Arial" w:hAnsi="Arial"/>
          <w:b w:val="0"/>
          <w:color w:val="092F58"/>
          <w:sz w:val="21"/>
        </w:rPr>
        <w:t>[Title]</w:t>
      </w:r>
    </w:p>
    <w:p>
      <w:pPr>
        <w:keepLines/>
        <w:spacing w:before="0" w:after="0" w:line="269" w:lineRule="auto"/>
      </w:pPr>
      <w:r>
        <w:rPr>
          <w:rFonts w:ascii="Arial" w:hAnsi="Arial"/>
          <w:b w:val="0"/>
          <w:color w:val="092F58"/>
          <w:sz w:val="21"/>
        </w:rPr>
        <w:t>Highlands Forward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3672" w:right="1080" w:bottom="1181" w:left="1080" w:header="1008" w:footer="66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80"/>
      <w:jc w:val="left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1699"/>
      <w:gridCol w:w="8381"/>
    </w:tblGrid>
    <w:tr>
      <w:trPr>
        <w:trHeight w:val="48" w:hRule="exact"/>
      </w:trPr>
      <w:tc>
        <w:tcPr>
          <w:tcW w:type="dxa" w:w="1699"/>
          <w:shd w:fill="E1A600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keepLines w:val="0"/>
            <w:spacing w:before="0" w:after="0" w:line="240" w:lineRule="auto"/>
          </w:pPr>
          <w:r>
            <w:rPr>
              <w:rFonts w:ascii="Arial" w:hAnsi="Arial"/>
              <w:b w:val="0"/>
              <w:color w:val="092F58"/>
              <w:sz w:val="2"/>
            </w:rPr>
            <w:t xml:space="preserve"> </w:t>
          </w:r>
        </w:p>
      </w:tc>
      <w:tc>
        <w:tcPr>
          <w:tcW w:type="dxa" w:w="8381"/>
          <w:shd w:fill="0F3A68"/>
          <w:tcMar>
            <w:top w:w="0" w:type="dxa"/>
            <w:start w:w="0" w:type="dxa"/>
            <w:bottom w:w="0" w:type="dxa"/>
            <w:end w:w="0" w:type="dxa"/>
          </w:tcMar>
          <w:vAlign w:val="center"/>
        </w:tcPr>
        <w:p>
          <w:pPr>
            <w:keepLines w:val="0"/>
            <w:spacing w:before="0" w:after="0" w:line="240" w:lineRule="auto"/>
          </w:pPr>
          <w:r>
            <w:rPr>
              <w:rFonts w:ascii="Arial" w:hAnsi="Arial"/>
              <w:b w:val="0"/>
              <w:color w:val="092F58"/>
              <w:sz w:val="2"/>
            </w:rPr>
            <w:t xml:space="preserve"> </w:t>
          </w:r>
        </w:p>
      </w:tc>
    </w:tr>
  </w:tbl>
  <w:tbl>
    <w:tblPr>
      <w:tblW w:type="dxa" w:w="10080"/>
      <w:jc w:val="left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7416"/>
      <w:gridCol w:w="2664"/>
    </w:tblGrid>
    <w:tr>
      <w:tc>
        <w:tcPr>
          <w:tcW w:type="dxa" w:w="7416"/>
          <w:tcMar>
            <w:top w:w="60" w:type="dxa"/>
            <w:start w:w="0" w:type="dxa"/>
            <w:bottom w:w="0" w:type="dxa"/>
            <w:end w:w="0" w:type="dxa"/>
          </w:tcMar>
          <w:vAlign w:val="top"/>
        </w:tcPr>
        <w:p>
          <w:pPr>
            <w:keepLines w:val="0"/>
            <w:spacing w:before="0" w:after="0" w:line="240" w:lineRule="auto"/>
          </w:pPr>
          <w:r>
            <w:rPr>
              <w:rFonts w:ascii="Arial" w:hAnsi="Arial"/>
              <w:b/>
              <w:color w:val="092F58"/>
              <w:sz w:val="13"/>
            </w:rPr>
            <w:t>Highlands Community Charter &amp; Technical School</w:t>
          </w:r>
        </w:p>
        <w:p>
          <w:pPr>
            <w:keepLines w:val="0"/>
            <w:spacing w:before="0" w:after="0" w:line="240" w:lineRule="auto"/>
          </w:pPr>
          <w:r>
            <w:rPr>
              <w:rFonts w:ascii="Arial" w:hAnsi="Arial"/>
              <w:b w:val="0"/>
              <w:color w:val="506780"/>
              <w:sz w:val="12"/>
            </w:rPr>
            <w:t>Advancing opportunities. Empowering people.</w:t>
          </w:r>
        </w:p>
      </w:tc>
      <w:tc>
        <w:tcPr>
          <w:tcW w:type="dxa" w:w="2664"/>
          <w:tcMar>
            <w:top w:w="60" w:type="dxa"/>
            <w:start w:w="0" w:type="dxa"/>
            <w:bottom w:w="0" w:type="dxa"/>
            <w:end w:w="0" w:type="dxa"/>
          </w:tcMar>
          <w:vAlign w:val="top"/>
        </w:tcPr>
        <w:p>
          <w:pPr>
            <w:keepLines w:val="0"/>
            <w:spacing w:before="0" w:after="0" w:line="240" w:lineRule="auto"/>
            <w:jc w:val="right"/>
          </w:pPr>
          <w:r>
            <w:rPr>
              <w:rFonts w:ascii="Arial" w:hAnsi="Arial"/>
              <w:b/>
              <w:color w:val="092F58"/>
              <w:sz w:val="13"/>
            </w:rPr>
            <w:t>hccts.org</w:t>
          </w:r>
        </w:p>
        <w:p>
          <w:pPr>
            <w:keepLines w:val="0"/>
            <w:spacing w:before="0" w:after="0" w:line="240" w:lineRule="auto"/>
            <w:jc w:val="right"/>
          </w:pPr>
          <w:r>
            <w:rPr>
              <w:rFonts w:ascii="Arial" w:hAnsi="Arial"/>
              <w:b w:val="0"/>
              <w:color w:val="506780"/>
              <w:sz w:val="12"/>
            </w:rPr>
            <w:t>info@hccts.org</w:t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keepLines w:val="0"/>
      <w:spacing w:before="0" w:after="0" w:line="240" w:lineRule="auto"/>
      <w:jc w:val="left"/>
    </w:pPr>
    <w:r>
      <w:drawing>
        <wp:inline xmlns:a="http://schemas.openxmlformats.org/drawingml/2006/main" xmlns:pic="http://schemas.openxmlformats.org/drawingml/2006/picture">
          <wp:extent cx="2788920" cy="912494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highlands-forward-logo-horizont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88920" cy="912494"/>
                  </a:xfrm>
                  <a:prstGeom prst="rect"/>
                </pic:spPr>
              </pic:pic>
            </a:graphicData>
          </a:graphic>
        </wp:inline>
      </w:drawing>
    </w:r>
  </w:p>
  <w:p>
    <w:pPr>
      <w:keepLines w:val="0"/>
      <w:spacing w:before="0" w:after="60" w:line="240" w:lineRule="auto"/>
      <w:ind w:left="274"/>
    </w:pPr>
    <w:r>
      <w:rPr>
        <w:rFonts w:ascii="Arial" w:hAnsi="Arial"/>
        <w:b w:val="0"/>
        <w:color w:val="0F3A68"/>
        <w:sz w:val="12"/>
        <w:spacing w:val="27"/>
      </w:rPr>
      <w:t>OFFICIAL CORRESPONDENCE</w:t>
    </w:r>
  </w:p>
  <w:p>
    <w:pPr>
      <w:keepLines w:val="0"/>
      <w:spacing w:before="0" w:after="0" w:line="240" w:lineRule="auto"/>
      <w:ind w:left="-1080" w:right="-1080"/>
      <w:pBdr>
        <w:bottom w:val="single" w:sz="22" w:space="0" w:color="0F3A68"/>
      </w:pBdr>
    </w:pPr>
    <w:r>
      <w:rPr>
        <w:rFonts w:ascii="Arial" w:hAnsi="Arial"/>
        <w:b w:val="0"/>
        <w:color w:val="0F3A68"/>
        <w:sz w:val="2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69" w:lineRule="auto"/>
    </w:pPr>
    <w:rPr>
      <w:rFonts w:ascii="Arial" w:hAnsi="Arial"/>
      <w:color w:val="092F5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Highlands Forward Editable Letterhead</dc:title>
  <dc:subject>Official correspondence template</dc:subject>
  <dc:creator>Highlands Community Charter &amp; Technical School</dc:creator>
  <cp:keywords>Highlands Forward, letterhead, correspondence, Word template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